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color w:val="0B2B40"/>
          <w:sz w:val="44"/>
        </w:rPr>
        <w:t>GMR Rapid Review Checklist</w:t>
      </w:r>
    </w:p>
    <w:p>
      <w:pPr>
        <w:jc w:val="center"/>
      </w:pPr>
      <w:r>
        <w:rPr>
          <w:rFonts w:ascii="Arial" w:hAnsi="Arial"/>
          <w:color w:val="66727A"/>
          <w:sz w:val="20"/>
        </w:rPr>
        <w:t>Use with PRISMA 2020 and PRISMA-S while PRISMA-RR remains under development.</w:t>
      </w:r>
    </w:p>
    <w:p/>
    <w:p>
      <w:r>
        <w:rPr>
          <w:rFonts w:ascii="Arial" w:hAnsi="Arial"/>
          <w:b/>
          <w:color w:val="0B2B40"/>
        </w:rPr>
        <w:t>Manuscript title</w:t>
      </w:r>
    </w:p>
    <w:p>
      <w:pPr>
        <w:spacing w:after="60"/>
      </w:pPr>
      <w:r>
        <w:rPr>
          <w:rFonts w:ascii="Arial" w:hAnsi="Arial"/>
          <w:color w:val="777777"/>
          <w:sz w:val="18"/>
        </w:rPr>
        <w:t>_______________________________________________________________________________________________</w:t>
      </w:r>
    </w:p>
    <w:p>
      <w:pPr>
        <w:spacing w:after="60"/>
      </w:pPr>
      <w:r>
        <w:rPr>
          <w:rFonts w:ascii="Arial" w:hAnsi="Arial"/>
          <w:color w:val="777777"/>
          <w:sz w:val="18"/>
        </w:rPr>
        <w:t>_______________________________________________________________________________________________</w:t>
      </w:r>
    </w:p>
    <w:p>
      <w:r>
        <w:rPr>
          <w:rFonts w:ascii="Arial" w:hAnsi="Arial"/>
          <w:b/>
          <w:color w:val="0B2B40"/>
        </w:rPr>
        <w:t>Corresponding author</w:t>
      </w:r>
    </w:p>
    <w:p>
      <w:pPr>
        <w:spacing w:after="60"/>
      </w:pPr>
      <w:r>
        <w:rPr>
          <w:rFonts w:ascii="Arial" w:hAnsi="Arial"/>
          <w:color w:val="777777"/>
          <w:sz w:val="18"/>
        </w:rPr>
        <w:t>_______________________________________________________________________________________________</w:t>
      </w:r>
    </w:p>
    <w:p>
      <w:pPr>
        <w:pStyle w:val="Heading1"/>
      </w:pPr>
      <w:r>
        <w:t>Rationale and protocol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rPr>
          <w:tblHeader w:val="true"/>
        </w:trPr>
        <w:tc>
          <w:tcPr>
            <w:tcW w:type="dxa" w:w="720"/>
            <w:shd w:fill="0B2B40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Item</w:t>
            </w:r>
          </w:p>
        </w:tc>
        <w:tc>
          <w:tcPr>
            <w:tcW w:type="dxa" w:w="6480"/>
            <w:shd w:fill="0B2B40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Requirement</w:t>
            </w:r>
          </w:p>
        </w:tc>
        <w:tc>
          <w:tcPr>
            <w:tcW w:type="dxa" w:w="1152"/>
            <w:shd w:fill="0B2B40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Reported?</w:t>
            </w:r>
          </w:p>
        </w:tc>
        <w:tc>
          <w:tcPr>
            <w:tcW w:type="dxa" w:w="1440"/>
            <w:shd w:fill="0B2B40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Page / location</w:t>
            </w:r>
          </w:p>
        </w:tc>
      </w:tr>
      <w:tr>
        <w:tc>
          <w:tcPr>
            <w:tcW w:type="dxa" w:w="72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1</w:t>
            </w:r>
          </w:p>
        </w:tc>
        <w:tc>
          <w:tcPr>
            <w:tcW w:type="dxa" w:w="648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Explain why a rapid review was appropriate.</w:t>
            </w:r>
          </w:p>
        </w:tc>
        <w:tc>
          <w:tcPr>
            <w:tcW w:type="dxa" w:w="1152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[ ]</w:t>
            </w:r>
          </w:p>
        </w:tc>
        <w:tc>
          <w:tcPr>
            <w:tcW w:type="dxa" w:w="144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</w:tr>
      <w:tr>
        <w:tc>
          <w:tcPr>
            <w:tcW w:type="dxa" w:w="72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2</w:t>
            </w:r>
          </w:p>
        </w:tc>
        <w:tc>
          <w:tcPr>
            <w:tcW w:type="dxa" w:w="648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Provide a dated protocol or registration record.</w:t>
            </w:r>
          </w:p>
        </w:tc>
        <w:tc>
          <w:tcPr>
            <w:tcW w:type="dxa" w:w="1152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[ ]</w:t>
            </w:r>
          </w:p>
        </w:tc>
        <w:tc>
          <w:tcPr>
            <w:tcW w:type="dxa" w:w="144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</w:tr>
      <w:tr>
        <w:tc>
          <w:tcPr>
            <w:tcW w:type="dxa" w:w="72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3</w:t>
            </w:r>
          </w:p>
        </w:tc>
        <w:tc>
          <w:tcPr>
            <w:tcW w:type="dxa" w:w="648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Identify the decision-maker and timeline, when relevant.</w:t>
            </w:r>
          </w:p>
        </w:tc>
        <w:tc>
          <w:tcPr>
            <w:tcW w:type="dxa" w:w="1152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[ ]</w:t>
            </w:r>
          </w:p>
        </w:tc>
        <w:tc>
          <w:tcPr>
            <w:tcW w:type="dxa" w:w="144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</w:tr>
    </w:tbl>
    <w:p>
      <w:pPr>
        <w:spacing w:before="0" w:after="0" w:line="20" w:lineRule="exact"/>
      </w:pPr>
      <w:r>
        <w:rPr>
          <w:rFonts w:ascii="Arial" w:hAnsi="Arial"/>
          <w:color w:val="FFFFFF"/>
          <w:sz w:val="2"/>
        </w:rPr>
        <w:t xml:space="preserve"> </w:t>
      </w:r>
    </w:p>
    <w:p>
      <w:pPr>
        <w:pStyle w:val="Heading1"/>
      </w:pPr>
      <w:r>
        <w:t>Accelerated methods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rPr>
          <w:tblHeader w:val="true"/>
        </w:trPr>
        <w:tc>
          <w:tcPr>
            <w:tcW w:type="dxa" w:w="720"/>
            <w:shd w:fill="0B2B40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Item</w:t>
            </w:r>
          </w:p>
        </w:tc>
        <w:tc>
          <w:tcPr>
            <w:tcW w:type="dxa" w:w="6480"/>
            <w:shd w:fill="0B2B40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Requirement</w:t>
            </w:r>
          </w:p>
        </w:tc>
        <w:tc>
          <w:tcPr>
            <w:tcW w:type="dxa" w:w="1152"/>
            <w:shd w:fill="0B2B40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Reported?</w:t>
            </w:r>
          </w:p>
        </w:tc>
        <w:tc>
          <w:tcPr>
            <w:tcW w:type="dxa" w:w="1440"/>
            <w:shd w:fill="0B2B40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Page / location</w:t>
            </w:r>
          </w:p>
        </w:tc>
      </w:tr>
      <w:tr>
        <w:tc>
          <w:tcPr>
            <w:tcW w:type="dxa" w:w="72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4</w:t>
            </w:r>
          </w:p>
        </w:tc>
        <w:tc>
          <w:tcPr>
            <w:tcW w:type="dxa" w:w="648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List every method abbreviated or omitted to save time.</w:t>
            </w:r>
          </w:p>
        </w:tc>
        <w:tc>
          <w:tcPr>
            <w:tcW w:type="dxa" w:w="1152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[ ]</w:t>
            </w:r>
          </w:p>
        </w:tc>
        <w:tc>
          <w:tcPr>
            <w:tcW w:type="dxa" w:w="144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</w:tr>
      <w:tr>
        <w:tc>
          <w:tcPr>
            <w:tcW w:type="dxa" w:w="72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5</w:t>
            </w:r>
          </w:p>
        </w:tc>
        <w:tc>
          <w:tcPr>
            <w:tcW w:type="dxa" w:w="648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Justify limits on sources, dates, languages or study types.</w:t>
            </w:r>
          </w:p>
        </w:tc>
        <w:tc>
          <w:tcPr>
            <w:tcW w:type="dxa" w:w="1152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[ ]</w:t>
            </w:r>
          </w:p>
        </w:tc>
        <w:tc>
          <w:tcPr>
            <w:tcW w:type="dxa" w:w="144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</w:tr>
      <w:tr>
        <w:tc>
          <w:tcPr>
            <w:tcW w:type="dxa" w:w="72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6</w:t>
            </w:r>
          </w:p>
        </w:tc>
        <w:tc>
          <w:tcPr>
            <w:tcW w:type="dxa" w:w="648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Describe reviewer numbers and all verification steps.</w:t>
            </w:r>
          </w:p>
        </w:tc>
        <w:tc>
          <w:tcPr>
            <w:tcW w:type="dxa" w:w="1152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[ ]</w:t>
            </w:r>
          </w:p>
        </w:tc>
        <w:tc>
          <w:tcPr>
            <w:tcW w:type="dxa" w:w="144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</w:tr>
      <w:tr>
        <w:tc>
          <w:tcPr>
            <w:tcW w:type="dxa" w:w="72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7</w:t>
            </w:r>
          </w:p>
        </w:tc>
        <w:tc>
          <w:tcPr>
            <w:tcW w:type="dxa" w:w="648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Describe any use of automation or machine learning.</w:t>
            </w:r>
          </w:p>
        </w:tc>
        <w:tc>
          <w:tcPr>
            <w:tcW w:type="dxa" w:w="1152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[ ]</w:t>
            </w:r>
          </w:p>
        </w:tc>
        <w:tc>
          <w:tcPr>
            <w:tcW w:type="dxa" w:w="144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</w:tr>
    </w:tbl>
    <w:p>
      <w:pPr>
        <w:spacing w:before="0" w:after="0" w:line="20" w:lineRule="exact"/>
      </w:pPr>
      <w:r>
        <w:rPr>
          <w:rFonts w:ascii="Arial" w:hAnsi="Arial"/>
          <w:color w:val="FFFFFF"/>
          <w:sz w:val="2"/>
        </w:rPr>
        <w:t xml:space="preserve"> </w:t>
      </w:r>
    </w:p>
    <w:p>
      <w:pPr>
        <w:pStyle w:val="Heading1"/>
      </w:pPr>
      <w:r>
        <w:t>Appraisal and synthesis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rPr>
          <w:tblHeader w:val="true"/>
        </w:trPr>
        <w:tc>
          <w:tcPr>
            <w:tcW w:type="dxa" w:w="720"/>
            <w:shd w:fill="0B2B40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Item</w:t>
            </w:r>
          </w:p>
        </w:tc>
        <w:tc>
          <w:tcPr>
            <w:tcW w:type="dxa" w:w="6480"/>
            <w:shd w:fill="0B2B40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Requirement</w:t>
            </w:r>
          </w:p>
        </w:tc>
        <w:tc>
          <w:tcPr>
            <w:tcW w:type="dxa" w:w="1152"/>
            <w:shd w:fill="0B2B40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Reported?</w:t>
            </w:r>
          </w:p>
        </w:tc>
        <w:tc>
          <w:tcPr>
            <w:tcW w:type="dxa" w:w="1440"/>
            <w:shd w:fill="0B2B40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Page / location</w:t>
            </w:r>
          </w:p>
        </w:tc>
      </w:tr>
      <w:tr>
        <w:tc>
          <w:tcPr>
            <w:tcW w:type="dxa" w:w="72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8</w:t>
            </w:r>
          </w:p>
        </w:tc>
        <w:tc>
          <w:tcPr>
            <w:tcW w:type="dxa" w:w="648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Use a design-appropriate risk-of-bias tool.</w:t>
            </w:r>
          </w:p>
        </w:tc>
        <w:tc>
          <w:tcPr>
            <w:tcW w:type="dxa" w:w="1152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[ ]</w:t>
            </w:r>
          </w:p>
        </w:tc>
        <w:tc>
          <w:tcPr>
            <w:tcW w:type="dxa" w:w="144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</w:tr>
      <w:tr>
        <w:tc>
          <w:tcPr>
            <w:tcW w:type="dxa" w:w="72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9</w:t>
            </w:r>
          </w:p>
        </w:tc>
        <w:tc>
          <w:tcPr>
            <w:tcW w:type="dxa" w:w="648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Report synthesis methods and certainty assessment.</w:t>
            </w:r>
          </w:p>
        </w:tc>
        <w:tc>
          <w:tcPr>
            <w:tcW w:type="dxa" w:w="1152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[ ]</w:t>
            </w:r>
          </w:p>
        </w:tc>
        <w:tc>
          <w:tcPr>
            <w:tcW w:type="dxa" w:w="144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</w:tr>
      <w:tr>
        <w:tc>
          <w:tcPr>
            <w:tcW w:type="dxa" w:w="72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10</w:t>
            </w:r>
          </w:p>
        </w:tc>
        <w:tc>
          <w:tcPr>
            <w:tcW w:type="dxa" w:w="648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Assess how rapid methods may have changed the results or conclusions.</w:t>
            </w:r>
          </w:p>
        </w:tc>
        <w:tc>
          <w:tcPr>
            <w:tcW w:type="dxa" w:w="1152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[ ]</w:t>
            </w:r>
          </w:p>
        </w:tc>
        <w:tc>
          <w:tcPr>
            <w:tcW w:type="dxa" w:w="144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</w:tr>
    </w:tbl>
    <w:p>
      <w:pPr>
        <w:spacing w:before="0" w:after="0" w:line="20" w:lineRule="exact"/>
      </w:pPr>
      <w:r>
        <w:rPr>
          <w:rFonts w:ascii="Arial" w:hAnsi="Arial"/>
          <w:color w:val="FFFFFF"/>
          <w:sz w:val="2"/>
        </w:rPr>
        <w:t xml:space="preserve"> </w:t>
      </w:r>
    </w:p>
    <w:p>
      <w:pPr>
        <w:pStyle w:val="Heading1"/>
      </w:pPr>
      <w:r>
        <w:t>Transparency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rPr>
          <w:tblHeader w:val="true"/>
        </w:trPr>
        <w:tc>
          <w:tcPr>
            <w:tcW w:type="dxa" w:w="720"/>
            <w:shd w:fill="0B2B40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Item</w:t>
            </w:r>
          </w:p>
        </w:tc>
        <w:tc>
          <w:tcPr>
            <w:tcW w:type="dxa" w:w="6480"/>
            <w:shd w:fill="0B2B40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Requirement</w:t>
            </w:r>
          </w:p>
        </w:tc>
        <w:tc>
          <w:tcPr>
            <w:tcW w:type="dxa" w:w="1152"/>
            <w:shd w:fill="0B2B40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Reported?</w:t>
            </w:r>
          </w:p>
        </w:tc>
        <w:tc>
          <w:tcPr>
            <w:tcW w:type="dxa" w:w="1440"/>
            <w:shd w:fill="0B2B40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Page / location</w:t>
            </w:r>
          </w:p>
        </w:tc>
      </w:tr>
      <w:tr>
        <w:tc>
          <w:tcPr>
            <w:tcW w:type="dxa" w:w="72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11</w:t>
            </w:r>
          </w:p>
        </w:tc>
        <w:tc>
          <w:tcPr>
            <w:tcW w:type="dxa" w:w="648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Provide complete searches and a flow diagram.</w:t>
            </w:r>
          </w:p>
        </w:tc>
        <w:tc>
          <w:tcPr>
            <w:tcW w:type="dxa" w:w="1152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[ ]</w:t>
            </w:r>
          </w:p>
        </w:tc>
        <w:tc>
          <w:tcPr>
            <w:tcW w:type="dxa" w:w="144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</w:tr>
      <w:tr>
        <w:tc>
          <w:tcPr>
            <w:tcW w:type="dxa" w:w="72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12</w:t>
            </w:r>
          </w:p>
        </w:tc>
        <w:tc>
          <w:tcPr>
            <w:tcW w:type="dxa" w:w="648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Provide excluded full-text records with reasons.</w:t>
            </w:r>
          </w:p>
        </w:tc>
        <w:tc>
          <w:tcPr>
            <w:tcW w:type="dxa" w:w="1152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[ ]</w:t>
            </w:r>
          </w:p>
        </w:tc>
        <w:tc>
          <w:tcPr>
            <w:tcW w:type="dxa" w:w="144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</w:tr>
      <w:tr>
        <w:tc>
          <w:tcPr>
            <w:tcW w:type="dxa" w:w="72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13</w:t>
            </w:r>
          </w:p>
        </w:tc>
        <w:tc>
          <w:tcPr>
            <w:tcW w:type="dxa" w:w="648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Report data, code, funding, conflicts and AI use.</w:t>
            </w:r>
          </w:p>
        </w:tc>
        <w:tc>
          <w:tcPr>
            <w:tcW w:type="dxa" w:w="1152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[ ]</w:t>
            </w:r>
          </w:p>
        </w:tc>
        <w:tc>
          <w:tcPr>
            <w:tcW w:type="dxa" w:w="144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</w:tr>
      <w:tr>
        <w:tc>
          <w:tcPr>
            <w:tcW w:type="dxa" w:w="72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14</w:t>
            </w:r>
          </w:p>
        </w:tc>
        <w:tc>
          <w:tcPr>
            <w:tcW w:type="dxa" w:w="648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State whether and when the review should be updated.</w:t>
            </w:r>
          </w:p>
        </w:tc>
        <w:tc>
          <w:tcPr>
            <w:tcW w:type="dxa" w:w="1152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[ ]</w:t>
            </w:r>
          </w:p>
        </w:tc>
        <w:tc>
          <w:tcPr>
            <w:tcW w:type="dxa" w:w="144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</w:tr>
    </w:tbl>
    <w:p>
      <w:pPr>
        <w:spacing w:before="0" w:after="0" w:line="20" w:lineRule="exact"/>
      </w:pPr>
      <w:r>
        <w:rPr>
          <w:rFonts w:ascii="Arial" w:hAnsi="Arial"/>
          <w:color w:val="FFFFFF"/>
          <w:sz w:val="2"/>
        </w:rPr>
        <w:t xml:space="preserve"> </w:t>
      </w:r>
    </w:p>
    <w:p>
      <w:r>
        <w:t>The corresponding author confirms that this checklist is complete and accurately identifies where each item is reported.</w:t>
      </w:r>
    </w:p>
    <w:p>
      <w:r>
        <w:rPr>
          <w:rFonts w:ascii="Arial" w:hAnsi="Arial"/>
          <w:b/>
          <w:color w:val="0B2B40"/>
        </w:rPr>
        <w:t>Signature and date</w:t>
      </w:r>
    </w:p>
    <w:p>
      <w:pPr>
        <w:spacing w:after="60"/>
      </w:pPr>
      <w:r>
        <w:rPr>
          <w:rFonts w:ascii="Arial" w:hAnsi="Arial"/>
          <w:color w:val="777777"/>
          <w:sz w:val="18"/>
        </w:rPr>
        <w:t>_______________________________________________________________________________________________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6727A"/>
        <w:sz w:val="16"/>
      </w:rPr>
      <w:t>Global Medical Reviews · globalmreviews.kz · editorial@globalmreviews.kz · CC BY 4.0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3024"/>
    </w:tblGrid>
    <w:tr>
      <w:tc>
        <w:tcPr>
          <w:tcW w:type="dxa" w:w="4968"/>
        </w:tcPr>
        <w:p>
          <w:r>
            <w:rPr>
              <w:rFonts w:ascii="Arial" w:hAnsi="Arial"/>
              <w:b/>
              <w:color w:val="0B2B40"/>
              <w:sz w:val="20"/>
            </w:rPr>
            <w:t>GMR  |  GLOBAL MEDICAL REVIEWS</w:t>
          </w:r>
        </w:p>
      </w:tc>
      <w:tc>
        <w:tcPr>
          <w:tcW w:type="dxa" w:w="4968"/>
        </w:tcPr>
        <w:p>
          <w:pPr>
            <w:jc w:val="right"/>
          </w:pPr>
          <w:r>
            <w:rPr>
              <w:rFonts w:ascii="Arial" w:hAnsi="Arial"/>
              <w:b/>
              <w:color w:val="087E8B"/>
              <w:sz w:val="16"/>
            </w:rPr>
            <w:t>GMR-FORM-11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0B2B40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087E8B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0B2B40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0B2B40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GMR Rapid Review Checklist</dc:title>
  <dc:subject>GMR author template</dc:subject>
  <dc:creator>Global Medical Reviews</dc:creator>
  <cp:keywords>GMR, Global Medical Reviews, author guidance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